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7C7AD" w14:textId="77777777" w:rsidR="00367E34" w:rsidRDefault="008A7D98">
      <w:pPr>
        <w:jc w:val="center"/>
      </w:pPr>
      <w:r>
        <w:rPr>
          <w:b/>
          <w:sz w:val="32"/>
        </w:rPr>
        <w:t>Equipment Specification – Hans Christiansen 43 (1988)</w:t>
      </w:r>
    </w:p>
    <w:p w14:paraId="20F400C1" w14:textId="77777777" w:rsidR="00367E34" w:rsidRDefault="008A7D98">
      <w:r>
        <w:rPr>
          <w:i/>
        </w:rPr>
        <w:t>Subject to prior sale, meaning the seller retains the right to choose the buyer regardless of the offers received. Sold through Boatagent Sweden (www.batagent.se).</w:t>
      </w:r>
      <w:r>
        <w:rPr>
          <w:i/>
        </w:rPr>
        <w:br/>
        <w:t>Broker: Jonas Claeson | Email: jonas@batagent.se | Tel: +46 (0)701-47 80 48</w:t>
      </w:r>
    </w:p>
    <w:p w14:paraId="4BCDBBD6" w14:textId="77777777" w:rsidR="00367E34" w:rsidRDefault="008A7D98">
      <w:r>
        <w:rPr>
          <w:b/>
          <w:sz w:val="26"/>
        </w:rPr>
        <w:t>Engine and Propulsion</w:t>
      </w:r>
    </w:p>
    <w:p w14:paraId="2EABE4C6" w14:textId="77777777" w:rsidR="00367E34" w:rsidRDefault="008A7D98">
      <w:pPr>
        <w:pStyle w:val="Punktlista"/>
      </w:pPr>
      <w:r>
        <w:t>Engine: Yanmar 4JH3-TE (~2500 hours)</w:t>
      </w:r>
    </w:p>
    <w:p w14:paraId="13744637" w14:textId="77777777" w:rsidR="00367E34" w:rsidRDefault="008A7D98">
      <w:pPr>
        <w:pStyle w:val="Punktlista"/>
      </w:pPr>
      <w:r>
        <w:t>Propeller: 3-blade, Hung Shen 22x14 RH</w:t>
      </w:r>
    </w:p>
    <w:p w14:paraId="6EB66DFD" w14:textId="77777777" w:rsidR="00367E34" w:rsidRDefault="008A7D98">
      <w:pPr>
        <w:pStyle w:val="Punktlista"/>
      </w:pPr>
      <w:r>
        <w:t>Bow thruster</w:t>
      </w:r>
    </w:p>
    <w:p w14:paraId="67A68416" w14:textId="77777777" w:rsidR="00367E34" w:rsidRDefault="008A7D98">
      <w:pPr>
        <w:pStyle w:val="Punktlista"/>
      </w:pPr>
      <w:r>
        <w:t>Tanks: Fresh water tanks 2x stainless steel + 1 integrated in the keel (approx. 500 liters total)</w:t>
      </w:r>
    </w:p>
    <w:p w14:paraId="7A261F86" w14:textId="77777777" w:rsidR="00367E34" w:rsidRDefault="008A7D98">
      <w:pPr>
        <w:pStyle w:val="Punktlista"/>
      </w:pPr>
      <w:r>
        <w:t>Water heater: 30 liters (ISOTEMP, 2024)</w:t>
      </w:r>
    </w:p>
    <w:p w14:paraId="23944839" w14:textId="77777777" w:rsidR="00367E34" w:rsidRDefault="008A7D98">
      <w:pPr>
        <w:pStyle w:val="Punktlista"/>
      </w:pPr>
      <w:r>
        <w:t>Fuel tank: 454 liters</w:t>
      </w:r>
    </w:p>
    <w:p w14:paraId="0AA385F5" w14:textId="77777777" w:rsidR="00367E34" w:rsidRDefault="008A7D98">
      <w:pPr>
        <w:pStyle w:val="Punktlista"/>
      </w:pPr>
      <w:r>
        <w:t>Holding tank: 60 liters</w:t>
      </w:r>
    </w:p>
    <w:p w14:paraId="3E56B3EA" w14:textId="77777777" w:rsidR="00367E34" w:rsidRDefault="008A7D98">
      <w:r>
        <w:rPr>
          <w:b/>
          <w:sz w:val="26"/>
        </w:rPr>
        <w:t>Rig and Sails</w:t>
      </w:r>
    </w:p>
    <w:p w14:paraId="1F40DC6B" w14:textId="77777777" w:rsidR="00367E34" w:rsidRDefault="008A7D98">
      <w:pPr>
        <w:pStyle w:val="Punktlista"/>
      </w:pPr>
      <w:r>
        <w:t>Single-spreader rig</w:t>
      </w:r>
    </w:p>
    <w:p w14:paraId="1654C87E" w14:textId="77777777" w:rsidR="00367E34" w:rsidRDefault="008A7D98">
      <w:pPr>
        <w:pStyle w:val="Punktlista"/>
      </w:pPr>
      <w:r>
        <w:t>Furling system: Facnor (staysail + genua)</w:t>
      </w:r>
    </w:p>
    <w:p w14:paraId="4D9C5886" w14:textId="77777777" w:rsidR="00367E34" w:rsidRDefault="008A7D98">
      <w:pPr>
        <w:pStyle w:val="Punktlista"/>
      </w:pPr>
      <w:r>
        <w:t>Traditional mainsail on the boom</w:t>
      </w:r>
    </w:p>
    <w:p w14:paraId="01FCE2DA" w14:textId="77777777" w:rsidR="00367E34" w:rsidRDefault="008A7D98">
      <w:pPr>
        <w:pStyle w:val="Punktlista"/>
      </w:pPr>
      <w:r>
        <w:t>5 winches in the cockpit</w:t>
      </w:r>
    </w:p>
    <w:p w14:paraId="5D977453" w14:textId="77777777" w:rsidR="00367E34" w:rsidRDefault="008A7D98">
      <w:pPr>
        <w:pStyle w:val="Punktlista"/>
      </w:pPr>
      <w:r>
        <w:t>3 winches on the mast</w:t>
      </w:r>
    </w:p>
    <w:p w14:paraId="165677AA" w14:textId="77777777" w:rsidR="00367E34" w:rsidRDefault="008A7D98">
      <w:pPr>
        <w:pStyle w:val="Punktlista"/>
      </w:pPr>
      <w:r>
        <w:t>2 extra halyards for Spinnaker and other purposes</w:t>
      </w:r>
    </w:p>
    <w:p w14:paraId="0E396145" w14:textId="77777777" w:rsidR="00367E34" w:rsidRDefault="008A7D98">
      <w:pPr>
        <w:pStyle w:val="Punktlista"/>
      </w:pPr>
      <w:r>
        <w:t>Bowsprit</w:t>
      </w:r>
    </w:p>
    <w:p w14:paraId="4A55437F" w14:textId="77777777" w:rsidR="00367E34" w:rsidRDefault="008A7D98">
      <w:r>
        <w:rPr>
          <w:b/>
          <w:sz w:val="26"/>
        </w:rPr>
        <w:t>Deck and Hull</w:t>
      </w:r>
    </w:p>
    <w:p w14:paraId="440B3827" w14:textId="77777777" w:rsidR="00367E34" w:rsidRDefault="008A7D98">
      <w:pPr>
        <w:pStyle w:val="Punktlista"/>
      </w:pPr>
      <w:r>
        <w:t>Teak on deck and superstructure</w:t>
      </w:r>
    </w:p>
    <w:p w14:paraId="7D7601E9" w14:textId="77777777" w:rsidR="00367E34" w:rsidRDefault="008A7D98">
      <w:pPr>
        <w:pStyle w:val="Punktlista"/>
      </w:pPr>
      <w:r>
        <w:t>Teak in the cockpit</w:t>
      </w:r>
    </w:p>
    <w:p w14:paraId="33344E5E" w14:textId="77777777" w:rsidR="00367E34" w:rsidRDefault="008A7D98">
      <w:pPr>
        <w:pStyle w:val="Punktlista"/>
      </w:pPr>
      <w:r>
        <w:t>Companionway hatches in teak</w:t>
      </w:r>
    </w:p>
    <w:p w14:paraId="78AF3666" w14:textId="77777777" w:rsidR="00367E34" w:rsidRDefault="008A7D98">
      <w:pPr>
        <w:pStyle w:val="Punktlista"/>
      </w:pPr>
      <w:r>
        <w:t>Cockpit table in teak</w:t>
      </w:r>
    </w:p>
    <w:p w14:paraId="74C6E77B" w14:textId="77777777" w:rsidR="00367E34" w:rsidRDefault="008A7D98">
      <w:pPr>
        <w:pStyle w:val="Punktlista"/>
      </w:pPr>
      <w:r>
        <w:t>Skylight in teak</w:t>
      </w:r>
    </w:p>
    <w:p w14:paraId="0DAB406A" w14:textId="77777777" w:rsidR="00367E34" w:rsidRDefault="008A7D98">
      <w:pPr>
        <w:pStyle w:val="Punktlista"/>
      </w:pPr>
      <w:r>
        <w:t>Life raft: XM 6 persons (serviced, next service due 2029)</w:t>
      </w:r>
    </w:p>
    <w:p w14:paraId="7DD2D72E" w14:textId="77777777" w:rsidR="00367E34" w:rsidRDefault="008A7D98">
      <w:pPr>
        <w:pStyle w:val="Punktlista"/>
      </w:pPr>
      <w:r>
        <w:t>Electric windlass (1000W with separate battery) at the bow with two 30 kg COQ anchors (one with chain, one with anchor rode)</w:t>
      </w:r>
    </w:p>
    <w:p w14:paraId="1C95F427" w14:textId="77777777" w:rsidR="00367E34" w:rsidRDefault="008A7D98">
      <w:pPr>
        <w:pStyle w:val="Punktlista"/>
      </w:pPr>
      <w:r>
        <w:t>Bruce anchor at the stern (20 kg) with line on a reel</w:t>
      </w:r>
    </w:p>
    <w:p w14:paraId="3FC43A22" w14:textId="77777777" w:rsidR="00367E34" w:rsidRDefault="008A7D98">
      <w:pPr>
        <w:pStyle w:val="Punktlista"/>
      </w:pPr>
      <w:r>
        <w:t>Deck discharge for holding tank</w:t>
      </w:r>
    </w:p>
    <w:p w14:paraId="65F70C81" w14:textId="77777777" w:rsidR="00367E34" w:rsidRDefault="008A7D98">
      <w:pPr>
        <w:pStyle w:val="Punktlista"/>
      </w:pPr>
      <w:r>
        <w:t>Steering wheel with teak</w:t>
      </w:r>
    </w:p>
    <w:p w14:paraId="51A7AF1E" w14:textId="77777777" w:rsidR="00367E34" w:rsidRDefault="008A7D98">
      <w:pPr>
        <w:pStyle w:val="Punktlista"/>
      </w:pPr>
      <w:r>
        <w:t>Custom mattress toppers in each cabin (from 2023)</w:t>
      </w:r>
    </w:p>
    <w:p w14:paraId="28F5EE36" w14:textId="77777777" w:rsidR="00367E34" w:rsidRDefault="008A7D98">
      <w:pPr>
        <w:pStyle w:val="Punktlista"/>
      </w:pPr>
      <w:r>
        <w:t>Manual bilge pump in the cockpit (under hatch)</w:t>
      </w:r>
    </w:p>
    <w:p w14:paraId="7DC05F10" w14:textId="77777777" w:rsidR="00367E34" w:rsidRDefault="008A7D98">
      <w:r>
        <w:rPr>
          <w:b/>
          <w:sz w:val="26"/>
        </w:rPr>
        <w:t>Electronics and Interior</w:t>
      </w:r>
    </w:p>
    <w:p w14:paraId="580BD3A9" w14:textId="77777777" w:rsidR="00367E34" w:rsidRDefault="008A7D98">
      <w:pPr>
        <w:pStyle w:val="Punktlista"/>
      </w:pPr>
      <w:r>
        <w:lastRenderedPageBreak/>
        <w:t>220V system via either inverter or shore power</w:t>
      </w:r>
    </w:p>
    <w:p w14:paraId="58C3D522" w14:textId="77777777" w:rsidR="00367E34" w:rsidRDefault="008A7D98">
      <w:pPr>
        <w:pStyle w:val="Punktlista"/>
      </w:pPr>
      <w:r>
        <w:t>Residual Current Device (RCD / Ground fault circuit interrupter)</w:t>
      </w:r>
    </w:p>
    <w:p w14:paraId="6BD451EA" w14:textId="77777777" w:rsidR="00367E34" w:rsidRDefault="008A7D98">
      <w:pPr>
        <w:pStyle w:val="Punktlista"/>
      </w:pPr>
      <w:r>
        <w:t>Battery charger: Mastervolt Mass 12/60 + inverter</w:t>
      </w:r>
    </w:p>
    <w:p w14:paraId="4B5772AC" w14:textId="77777777" w:rsidR="00367E34" w:rsidRDefault="008A7D98">
      <w:pPr>
        <w:pStyle w:val="Punktlista"/>
      </w:pPr>
      <w:r>
        <w:t>Start battery</w:t>
      </w:r>
    </w:p>
    <w:p w14:paraId="74D70347" w14:textId="77777777" w:rsidR="00367E34" w:rsidRDefault="008A7D98">
      <w:pPr>
        <w:pStyle w:val="Punktlista"/>
      </w:pPr>
      <w:r>
        <w:t>Service batteries: 3 x 180 Ah</w:t>
      </w:r>
    </w:p>
    <w:p w14:paraId="77A5AFFA" w14:textId="77777777" w:rsidR="00367E34" w:rsidRDefault="008A7D98">
      <w:pPr>
        <w:pStyle w:val="Punktlista"/>
      </w:pPr>
      <w:r>
        <w:t>Heater: Webasto with outlets in each cabin and saloon</w:t>
      </w:r>
    </w:p>
    <w:p w14:paraId="2A5D0D52" w14:textId="77777777" w:rsidR="00367E34" w:rsidRDefault="008A7D98">
      <w:pPr>
        <w:pStyle w:val="Punktlista"/>
      </w:pPr>
      <w:r>
        <w:t>Electric bilge pump (2025)</w:t>
      </w:r>
    </w:p>
    <w:p w14:paraId="4ED4D43C" w14:textId="77777777" w:rsidR="00367E34" w:rsidRDefault="008A7D98">
      <w:pPr>
        <w:pStyle w:val="Punktlista"/>
      </w:pPr>
      <w:r>
        <w:t>Shower drain pump (2025)</w:t>
      </w:r>
    </w:p>
    <w:p w14:paraId="55DEECA5" w14:textId="77777777" w:rsidR="00367E34" w:rsidRDefault="008A7D98">
      <w:pPr>
        <w:pStyle w:val="Punktlista"/>
      </w:pPr>
      <w:r>
        <w:t>LPG/Gas detector</w:t>
      </w:r>
    </w:p>
    <w:p w14:paraId="64295087" w14:textId="77777777" w:rsidR="00367E34" w:rsidRDefault="008A7D98">
      <w:pPr>
        <w:pStyle w:val="Punktlista"/>
      </w:pPr>
      <w:r>
        <w:t>Manual toilet and shower</w:t>
      </w:r>
    </w:p>
    <w:p w14:paraId="20033C09" w14:textId="77777777" w:rsidR="00367E34" w:rsidRDefault="008A7D98">
      <w:pPr>
        <w:pStyle w:val="Punktlista"/>
      </w:pPr>
      <w:r>
        <w:t>Refrigerator with compressor/generator (first compartment) and from engine (second compartment)</w:t>
      </w:r>
    </w:p>
    <w:p w14:paraId="3722FBD0" w14:textId="77777777" w:rsidR="00367E34" w:rsidRDefault="008A7D98">
      <w:pPr>
        <w:pStyle w:val="Punktlista"/>
      </w:pPr>
      <w:r>
        <w:t>LPG stove with oven</w:t>
      </w:r>
    </w:p>
    <w:p w14:paraId="54232C88" w14:textId="77777777" w:rsidR="00367E34" w:rsidRDefault="008A7D98">
      <w:pPr>
        <w:pStyle w:val="Punktlista"/>
      </w:pPr>
      <w:r>
        <w:t>Radio in each cabin and saloon</w:t>
      </w:r>
    </w:p>
    <w:p w14:paraId="647052AB" w14:textId="77777777" w:rsidR="00367E34" w:rsidRDefault="008A7D98">
      <w:r>
        <w:rPr>
          <w:b/>
          <w:sz w:val="26"/>
        </w:rPr>
        <w:t>Navigation Instruments</w:t>
      </w:r>
    </w:p>
    <w:p w14:paraId="44204E3A" w14:textId="77777777" w:rsidR="00367E34" w:rsidRDefault="008A7D98">
      <w:pPr>
        <w:pStyle w:val="Punktlista"/>
      </w:pPr>
      <w:r>
        <w:t>Chartplotter: B&amp;G Zeus 3</w:t>
      </w:r>
    </w:p>
    <w:p w14:paraId="2665D453" w14:textId="77777777" w:rsidR="00367E34" w:rsidRDefault="008A7D98">
      <w:pPr>
        <w:pStyle w:val="Punktlista"/>
      </w:pPr>
      <w:r>
        <w:t>Displays: 2 x B&amp;G Triton2</w:t>
      </w:r>
    </w:p>
    <w:p w14:paraId="2B8F320B" w14:textId="77777777" w:rsidR="00367E34" w:rsidRDefault="008A7D98">
      <w:pPr>
        <w:pStyle w:val="Punktlista"/>
      </w:pPr>
      <w:r>
        <w:t>Wind instrument: B&amp;G</w:t>
      </w:r>
    </w:p>
    <w:p w14:paraId="2F7FAB2F" w14:textId="77777777" w:rsidR="00367E34" w:rsidRDefault="008A7D98">
      <w:pPr>
        <w:pStyle w:val="Punktlista"/>
      </w:pPr>
      <w:r>
        <w:t>Echosounder / Depth sounder</w:t>
      </w:r>
    </w:p>
    <w:p w14:paraId="4FD70616" w14:textId="77777777" w:rsidR="00367E34" w:rsidRDefault="008A7D98">
      <w:pPr>
        <w:pStyle w:val="Punktlista"/>
      </w:pPr>
      <w:r>
        <w:t>Autopilot: B&amp;G</w:t>
      </w:r>
    </w:p>
    <w:p w14:paraId="071155EF" w14:textId="77777777" w:rsidR="00367E34" w:rsidRDefault="008A7D98">
      <w:pPr>
        <w:pStyle w:val="Punktlista"/>
      </w:pPr>
      <w:r>
        <w:t>VHF: Sailor Compact PT2048</w:t>
      </w:r>
    </w:p>
    <w:p w14:paraId="3F1A606E" w14:textId="77777777" w:rsidR="00367E34" w:rsidRDefault="008A7D98">
      <w:pPr>
        <w:pStyle w:val="Punktlista"/>
      </w:pPr>
      <w:r>
        <w:t>HF SSB: Sailor Compact RE2100</w:t>
      </w:r>
    </w:p>
    <w:p w14:paraId="71F2350C" w14:textId="77777777" w:rsidR="00367E34" w:rsidRDefault="008A7D98">
      <w:pPr>
        <w:pStyle w:val="Punktlista"/>
      </w:pPr>
      <w:r>
        <w:t>Radar: B&amp;G</w:t>
      </w:r>
    </w:p>
    <w:p w14:paraId="73EA0C6F" w14:textId="77777777" w:rsidR="00367E34" w:rsidRDefault="008A7D98">
      <w:r>
        <w:rPr>
          <w:b/>
          <w:sz w:val="26"/>
        </w:rPr>
        <w:t>Miscellaneous</w:t>
      </w:r>
    </w:p>
    <w:p w14:paraId="74EC00EC" w14:textId="77777777" w:rsidR="00367E34" w:rsidRDefault="008A7D98">
      <w:pPr>
        <w:pStyle w:val="Punktlista"/>
      </w:pPr>
      <w:r>
        <w:t>Winter storage cover / deck framing</w:t>
      </w:r>
    </w:p>
    <w:p w14:paraId="1CEC4EA7" w14:textId="77777777" w:rsidR="00367E34" w:rsidRDefault="008A7D98">
      <w:pPr>
        <w:pStyle w:val="Punktlista"/>
      </w:pPr>
      <w:r>
        <w:t>Mooring and docking equipment</w:t>
      </w:r>
    </w:p>
    <w:p w14:paraId="30922C51" w14:textId="77777777" w:rsidR="00367E34" w:rsidRDefault="008A7D98">
      <w:r>
        <w:rPr>
          <w:b/>
          <w:sz w:val="26"/>
        </w:rPr>
        <w:t>Recent Updates &amp; Maintenance</w:t>
      </w:r>
    </w:p>
    <w:p w14:paraId="72BAFC7C" w14:textId="77777777" w:rsidR="00367E34" w:rsidRDefault="008A7D98">
      <w:pPr>
        <w:pStyle w:val="Punktlista"/>
      </w:pPr>
      <w:r>
        <w:t>Cutlass bearing (2024)</w:t>
      </w:r>
    </w:p>
    <w:p w14:paraId="0A7511D1" w14:textId="77777777" w:rsidR="00367E34" w:rsidRDefault="008A7D98">
      <w:pPr>
        <w:pStyle w:val="Punktlista"/>
      </w:pPr>
      <w:r>
        <w:t>Exhaust pipe and muffler (2024)</w:t>
      </w:r>
    </w:p>
    <w:p w14:paraId="483940A3" w14:textId="77777777" w:rsidR="00367E34" w:rsidRDefault="008A7D98">
      <w:pPr>
        <w:pStyle w:val="Punktlista"/>
      </w:pPr>
      <w:r>
        <w:t>Rudder bearings (2024)</w:t>
      </w:r>
    </w:p>
    <w:p w14:paraId="57719284" w14:textId="77777777" w:rsidR="00367E34" w:rsidRDefault="008A7D98">
      <w:pPr>
        <w:pStyle w:val="Punktlista"/>
      </w:pPr>
      <w:r>
        <w:t>PSS shaft seal (2024) – completely dry, no water ingress from the shaft</w:t>
      </w:r>
    </w:p>
    <w:p w14:paraId="3B0EC1F9" w14:textId="77777777" w:rsidR="00367E34" w:rsidRDefault="008A7D98">
      <w:pPr>
        <w:pStyle w:val="Punktlista"/>
      </w:pPr>
      <w:r>
        <w:t>Sail overhaul (UK/Syversen): genua, staysail, mainsail, spinnaker (2024)</w:t>
      </w:r>
    </w:p>
    <w:p w14:paraId="40343623" w14:textId="77777777" w:rsidR="00367E34" w:rsidRDefault="008A7D98">
      <w:pPr>
        <w:pStyle w:val="Punktlista"/>
      </w:pPr>
      <w:r>
        <w:t>Water heater (2024)</w:t>
      </w:r>
    </w:p>
    <w:p w14:paraId="2E0DBDE6" w14:textId="77777777" w:rsidR="00367E34" w:rsidRDefault="008A7D98">
      <w:pPr>
        <w:pStyle w:val="Punktlista"/>
      </w:pPr>
      <w:r>
        <w:t>Bilge pump (2025), shower drain pump (2025)</w:t>
      </w:r>
    </w:p>
    <w:p w14:paraId="603AEA95" w14:textId="77777777" w:rsidR="00367E34" w:rsidRDefault="008A7D98">
      <w:pPr>
        <w:pStyle w:val="Punktlista"/>
      </w:pPr>
      <w:r>
        <w:t>Renovation of Skylights (2025)</w:t>
      </w:r>
    </w:p>
    <w:p w14:paraId="4F4641A7" w14:textId="77777777" w:rsidR="00367E34" w:rsidRDefault="008A7D98">
      <w:pPr>
        <w:pStyle w:val="Punktlista"/>
      </w:pPr>
      <w:r>
        <w:t>Life raft service (2026)</w:t>
      </w:r>
    </w:p>
    <w:p w14:paraId="5551703E" w14:textId="77777777" w:rsidR="00367E34" w:rsidRDefault="008A7D98">
      <w:r>
        <w:rPr>
          <w:b/>
          <w:sz w:val="26"/>
        </w:rPr>
        <w:t>Known Faults (from owner's inspection)</w:t>
      </w:r>
    </w:p>
    <w:p w14:paraId="304BECCA" w14:textId="77777777" w:rsidR="00367E34" w:rsidRDefault="008A7D98">
      <w:pPr>
        <w:pStyle w:val="Punktlista"/>
      </w:pPr>
      <w:r>
        <w:lastRenderedPageBreak/>
        <w:t>The teak deck is functional, but caulking needs repair in a few places.</w:t>
      </w:r>
    </w:p>
    <w:p w14:paraId="6BC7DB4B" w14:textId="77777777" w:rsidR="00367E34" w:rsidRDefault="008A7D98">
      <w:pPr>
        <w:pStyle w:val="Punktlista"/>
      </w:pPr>
      <w:r>
        <w:t>Varnish/varnish damage is present here and there (normally touched up annually).</w:t>
      </w:r>
    </w:p>
    <w:p w14:paraId="6D34CB3F" w14:textId="77777777" w:rsidR="00367E34" w:rsidRDefault="008A7D98">
      <w:r>
        <w:rPr>
          <w:i/>
          <w:sz w:val="18"/>
        </w:rPr>
        <w:br/>
        <w:t>Disclaimer: The information in this equipment list has been provided by the boat's owner. Boatagent has not had the opportunity to go through the equipment detail by detail. The information is expected to be correct but cannot be guaranteed by Boatagent.</w:t>
      </w:r>
    </w:p>
    <w:sectPr w:rsidR="00367E3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num w:numId="1" w16cid:durableId="795681763">
    <w:abstractNumId w:val="8"/>
  </w:num>
  <w:num w:numId="2" w16cid:durableId="1879581862">
    <w:abstractNumId w:val="6"/>
  </w:num>
  <w:num w:numId="3" w16cid:durableId="1653481072">
    <w:abstractNumId w:val="5"/>
  </w:num>
  <w:num w:numId="4" w16cid:durableId="880170529">
    <w:abstractNumId w:val="4"/>
  </w:num>
  <w:num w:numId="5" w16cid:durableId="1097336153">
    <w:abstractNumId w:val="7"/>
  </w:num>
  <w:num w:numId="6" w16cid:durableId="1492719537">
    <w:abstractNumId w:val="3"/>
  </w:num>
  <w:num w:numId="7" w16cid:durableId="838273509">
    <w:abstractNumId w:val="2"/>
  </w:num>
  <w:num w:numId="8" w16cid:durableId="795486141">
    <w:abstractNumId w:val="1"/>
  </w:num>
  <w:num w:numId="9" w16cid:durableId="83039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814E4"/>
    <w:rsid w:val="0029639D"/>
    <w:rsid w:val="00326F90"/>
    <w:rsid w:val="00367E34"/>
    <w:rsid w:val="006A5DE0"/>
    <w:rsid w:val="008A7D98"/>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1F5B11"/>
  <w14:defaultImageDpi w14:val="300"/>
  <w15:docId w15:val="{CD8ECED4-4517-469C-9F60-6B5508488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Rubrik1">
    <w:name w:val="heading 1"/>
    <w:basedOn w:val="Normal"/>
    <w:next w:val="Normal"/>
    <w:link w:val="Rubri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Rubrik3">
    <w:name w:val="heading 3"/>
    <w:basedOn w:val="Normal"/>
    <w:next w:val="Normal"/>
    <w:link w:val="Rubri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Rubrik4">
    <w:name w:val="heading 4"/>
    <w:basedOn w:val="Normal"/>
    <w:next w:val="Normal"/>
    <w:link w:val="Rubri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Rubrik5">
    <w:name w:val="heading 5"/>
    <w:basedOn w:val="Normal"/>
    <w:next w:val="Normal"/>
    <w:link w:val="Rubri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Rubrik6">
    <w:name w:val="heading 6"/>
    <w:basedOn w:val="Normal"/>
    <w:next w:val="Normal"/>
    <w:link w:val="Rubri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Rubrik7">
    <w:name w:val="heading 7"/>
    <w:basedOn w:val="Normal"/>
    <w:next w:val="Normal"/>
    <w:link w:val="Rubri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Rubrik8">
    <w:name w:val="heading 8"/>
    <w:basedOn w:val="Normal"/>
    <w:next w:val="Normal"/>
    <w:link w:val="Rubri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line="240" w:lineRule="auto"/>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line="240" w:lineRule="auto"/>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line="480" w:lineRule="auto"/>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 w:val="16"/>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Jonas Claesson</cp:lastModifiedBy>
  <cp:revision>2</cp:revision>
  <dcterms:created xsi:type="dcterms:W3CDTF">2026-10-08T16:17:00Z</dcterms:created>
  <dcterms:modified xsi:type="dcterms:W3CDTF">2026-10-08T16:17:00Z</dcterms:modified>
  <cp:category/>
</cp:coreProperties>
</file>